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וביטויים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- הווה, יחיד ורבים,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רוב האנשים כבר לא דיברו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טיילת גבוהה מול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מספר שהיום סיגד הוא חג רשמי ואנשים רבים עולים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הארוחה החגיגית היא אחרי הצום, בסוף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האורית כתובה בגעז, והקסים הסבירו אותה באמהרית.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מיכאל מספר על עצמו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(חג עתיק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שבה כתובה האורית)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(מנהיגים דתיים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גבוה שבו מתאספים היום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יום הסיגד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 הקהילה עולים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קוראים מתוך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ומתגעגעים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מההר אחרי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 יחד ושמחים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 או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טקסט קצר וברור עם לפחות שישה משפטים, משתמש במילות אוצר המילים מהטקסט, מבטא רגש אישי (שמחה, געגוע או תקווה) בצורה מכבדת.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מקומות שבהם התקרבו לאלוהים ולתורה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שגעגועים יכולים להיות גם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חדשים להשתמש במילון מילים אישי בזמן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לשיתוף רק למי שבוחר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הטקסטים על חג הסיגד - חג עתיק של יהודי אתיופיה שהפך לחג רשמי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אחרי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הקסים הסבירו את האורית באמהרית?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אמהרית קלה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רוב האנשים כבר לא דיברו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האורית כתובה באמהרית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ביקשו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מזכיר ההר שעליו התפללו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 החרמון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סימלו הבגדים הלבנים של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היום, איפה מתאספים אנשים בירושלים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בתחנה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טיילת גבוהה מול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רשמי בישראל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בסיגד אוכלים ארוחה חגיגית בבוקר, לפני הצום.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הוא עולה חדש שבא לטיילת עם חברים מהאולפן.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בסיגד מחדשים את __________ עם אלוהים ועם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 באתיופיה מזכיר את הר __________, שם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הובילו את התפילה על ההר וקראו מהאורית.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מיכאל הבין שגעגועים יכולים להיות גם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מנהיגים דתיים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גבוה שבו מתאספים היום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עתיק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התורה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יום הסיגד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 אחרי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הקהילה עולים על 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יחד ושמחים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ומתגעגעים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חג או על 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6-8 משפטים על חג שאתם אוהבים, או על משהו שאתם מתגעגעים אליו. אפשר להשתמש במילים: מסורת, תפילה, ארוחה, געגועים, תקווה,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ההר באתיופיה להר סיני?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הבין מיכאל על געגועים בסיגד?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