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מנהגי חג הסיגד ואת 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וביטויים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דקדוק בסיסי - הווה, יחיד ורבים, מילות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רוב האנשים כבר לא דיברו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את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טהרה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על טיילת גבוהה מול העיר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מספר שהיום סיגד הוא חג רשמי ואנשים רבים עולים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הארוחה החגיגית היא אחרי הצום, בסוף היום.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האורית כתובה בגעז, והקסים הסבירו אותה באמהרית.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מיכאל מספר על עצמו בטקסט.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מילה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תקווה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(חג עתיק של יהודי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(ספר התורה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(שפה עתיקה שבה כתובה האורית)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(מנהיגים דתיים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(מקום גבוה שבו מתאספים היום בירושלים)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יום הסיגד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אנשי הקהילה עולים על הר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הקסים קוראים מתוך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כולם מתפללים ומתגעגעים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יורדים מההר אחרי הצהריים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אוכלים יחד ושמחים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חג או על געגוע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טקסט קצר וברור עם לפחות שישה משפטים, משתמש במילות אוצר המילים מהטקסט, מבטא רגש אישי (שמחה, געגוע או תקווה) בצורה מכבדת.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שניהם מקומות שבהם התקרבו לאלוהים ולתורה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שגעגועים יכולים להיות גם 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עולים חדשים להשתמש במילון מילים אישי בזמן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לשיתוף רק למי שבוחר בכך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חג הסיגד. זה חג חשוב ליהודי אתיופיה.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עתיק של קהילת ביתא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שחיים ביחד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אוכלים ולא שותים זמן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חזקה בין אנשים או עם אלוהים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מנהיגים דתיים של הקהילה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התורה של הקהילה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עתיקה שבה כתובה האורית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אמהרית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שרוב אנשי הקהילה מדברים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זמן חוגגים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חמישים יום אחרי יום הכיפורים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שבוע אחרי 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השתחוות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הקסים דיברו באמהרית ולא בגעז?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אמהרית קלה לכתיבה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רוב האנשים כבר לא דיברו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האורית כתובה באמהרית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כך ביקשו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הר דומה להר שעליו עלו?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הר החרמון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לבשו בגדים לבנים?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חוגגים את סיגד בירושלים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בתחנה המרכזית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טיילת גבוהה מול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בגן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סיגד הוא חג רשמי בישראל היום.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בסיגד אוכלים ארוחה חגיגית בבוקר, לפני הצום.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כתובה בשפה האמהרית.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מיכאל הוא עולה חדש שבא לטיילת עם חברים מהאולפן.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מילה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סיגד חל __________ יום אחרי יום הכיפורים.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בסיגד מחדשים את __________ עם אלוהים ועם התורה.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ההר באתיופיה מזכיר את הר __________, שם ניתנה התורה.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הובילו את התפילה על ההר וקראו מהאורית.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מיכאל הבין שגעגועים יכולים להיות גם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גבוה שבו מתאספים היום בירושלים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שפה עתיקה שבה כתובה האורית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 התורה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חג עתיק של יהודי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טיילת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מנהיגים דתיים של הקהילה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יום הסיגד באתיופיה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מתפללים ומתגעגעים לירושלים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מההר אחרי הצהריים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קוראים מתוך האורית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 יחד ושמחים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 הקהילה עולים על הר גבוה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על חג או על געגוע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6-8 משפטים על חג שאתם אוהבים, או על משהו שאתם מתגעגעים אליו. אפשר להשתמש במילים: מסורת, תפילה, ארוחה, געגועים, תקווה, יחד.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ההר באתיופיה להר סיני?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הבין מיכאל על געגועים בסיגד?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