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וביטויים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- הווה, יחיד ורבים,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מספר שהיום סיגד הוא חג רשמי ואנשים רבים עולים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מיכאל מספר על עצמו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 עתיק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(שפה עתיקה שבה כתובה האורית)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גבוה שבו מתאספים היום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יום הסיגד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 הקהילה עולים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מתפללים ומתגעגעים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 יחד ושמחים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 או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טקסט קצר וברור עם לפחות שישה משפטים, משתמש במילות אוצר המילים מהטקסט, מבטא רגש אישי (שמחה, געגוע או תקווה) בצורה מכבדת.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מקומות שבהם התקרבו לאלוהים ולתורה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שגעגועים יכולים להיות גם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חדשים להשתמש במילון מילים אישי בזמן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לשיתוף רק למי שבוחר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הטקסטים על חג הסיגד - חג עתיק של יהודי אתיופיה שהפך לחג רשמי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הברית  ·  חמישים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 אחרי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מזכיר ההר שעליו התפללו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הר החרמון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הר תבור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הוא חג רשמי בישראל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מיכאל הוא עולה חדש שבא לטיילת עם חברים מהאולפן.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בסיגד מחדשים את __________ עם אלוהים ועם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גבוה שבו מתאספים היום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חג עתיק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שפה עתיקה שבה כתובה האורית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יום הסיגד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כולם מתפללים ומתגעגעים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אוכלים יחד ושמחים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 הקהילה עולים על הר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חג או על 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6-8 משפטים על חג שאתם אוהבים, או על משהו שאתם מתגעגעים אליו. אפשר להשתמש במילים: מסורת, תפילה, ארוחה, געגועים, תקווה,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הקשר בין ההר באתיופיה להר סיני?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